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FA" w:rsidRDefault="00812A4B">
      <w:pPr>
        <w:spacing w:after="0"/>
        <w:jc w:val="center"/>
      </w:pPr>
      <w:r>
        <w:rPr>
          <w:b/>
        </w:rPr>
        <w:t>T.C.</w:t>
      </w:r>
    </w:p>
    <w:p w:rsidR="00E436FA" w:rsidRDefault="00812A4B">
      <w:pPr>
        <w:spacing w:after="0"/>
        <w:jc w:val="center"/>
      </w:pPr>
      <w:r>
        <w:rPr>
          <w:b/>
        </w:rPr>
        <w:t>KAHRAMANMARAŞ SÜTÇÜ İMAM ÜNİVERSİTESİ</w:t>
      </w:r>
    </w:p>
    <w:p w:rsidR="00E436FA" w:rsidRDefault="00812A4B">
      <w:pPr>
        <w:spacing w:after="0"/>
        <w:jc w:val="center"/>
      </w:pPr>
      <w:r>
        <w:rPr>
          <w:b/>
        </w:rPr>
        <w:t>YABANCI DİLLER YÜKSEKOKULU</w:t>
      </w:r>
    </w:p>
    <w:p w:rsidR="00E436FA" w:rsidRDefault="004C024F">
      <w:pPr>
        <w:spacing w:after="0"/>
        <w:jc w:val="center"/>
      </w:pPr>
      <w:r>
        <w:rPr>
          <w:b/>
        </w:rPr>
        <w:t>2026-2027</w:t>
      </w:r>
      <w:r w:rsidR="00812A4B">
        <w:rPr>
          <w:b/>
        </w:rPr>
        <w:t xml:space="preserve"> EĞİTİM-ÖĞRETİM YILI</w:t>
      </w:r>
    </w:p>
    <w:p w:rsidR="00E436FA" w:rsidRDefault="00812A4B">
      <w:pPr>
        <w:spacing w:after="0"/>
        <w:jc w:val="center"/>
      </w:pPr>
      <w:r>
        <w:rPr>
          <w:b/>
        </w:rPr>
        <w:t>İSTEĞE BAĞLI YABANCI DİL HAZIRLIK PROGRAMI</w:t>
      </w:r>
    </w:p>
    <w:p w:rsidR="00E436FA" w:rsidRDefault="00812A4B">
      <w:pPr>
        <w:jc w:val="center"/>
      </w:pPr>
      <w:r>
        <w:rPr>
          <w:b/>
          <w:sz w:val="26"/>
        </w:rPr>
        <w:t>BAŞVURU FORMU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6803"/>
      </w:tblGrid>
      <w:tr w:rsidR="00E436FA">
        <w:trPr>
          <w:jc w:val="center"/>
        </w:trPr>
        <w:tc>
          <w:tcPr>
            <w:tcW w:w="2268" w:type="dxa"/>
            <w:vAlign w:val="center"/>
          </w:tcPr>
          <w:p w:rsidR="00E436FA" w:rsidRDefault="00812A4B">
            <w:pPr>
              <w:spacing w:after="0"/>
            </w:pPr>
            <w:r>
              <w:rPr>
                <w:b/>
              </w:rPr>
              <w:t>Adı Soyadı :</w:t>
            </w:r>
          </w:p>
        </w:tc>
        <w:tc>
          <w:tcPr>
            <w:tcW w:w="6803" w:type="dxa"/>
            <w:vAlign w:val="center"/>
          </w:tcPr>
          <w:p w:rsidR="00E436FA" w:rsidRDefault="00812A4B">
            <w:pPr>
              <w:spacing w:after="0"/>
            </w:pPr>
            <w:r>
              <w:t xml:space="preserve"> </w:t>
            </w:r>
          </w:p>
        </w:tc>
      </w:tr>
      <w:tr w:rsidR="00E436FA">
        <w:trPr>
          <w:jc w:val="center"/>
        </w:trPr>
        <w:tc>
          <w:tcPr>
            <w:tcW w:w="2268" w:type="dxa"/>
            <w:vAlign w:val="center"/>
          </w:tcPr>
          <w:p w:rsidR="00E436FA" w:rsidRDefault="00812A4B">
            <w:pPr>
              <w:spacing w:after="0"/>
            </w:pPr>
            <w:r>
              <w:rPr>
                <w:b/>
              </w:rPr>
              <w:t>TC Kimlik No :</w:t>
            </w:r>
          </w:p>
        </w:tc>
        <w:tc>
          <w:tcPr>
            <w:tcW w:w="6803" w:type="dxa"/>
            <w:vAlign w:val="center"/>
          </w:tcPr>
          <w:p w:rsidR="00E436FA" w:rsidRDefault="00812A4B">
            <w:pPr>
              <w:spacing w:after="0"/>
            </w:pPr>
            <w:r>
              <w:t xml:space="preserve"> </w:t>
            </w:r>
          </w:p>
        </w:tc>
      </w:tr>
      <w:tr w:rsidR="00E436FA">
        <w:trPr>
          <w:jc w:val="center"/>
        </w:trPr>
        <w:tc>
          <w:tcPr>
            <w:tcW w:w="2268" w:type="dxa"/>
            <w:vAlign w:val="center"/>
          </w:tcPr>
          <w:p w:rsidR="00E436FA" w:rsidRDefault="00812A4B">
            <w:pPr>
              <w:spacing w:after="0"/>
            </w:pPr>
            <w:r>
              <w:rPr>
                <w:b/>
              </w:rPr>
              <w:t>Öğrenci No :</w:t>
            </w:r>
          </w:p>
        </w:tc>
        <w:tc>
          <w:tcPr>
            <w:tcW w:w="6803" w:type="dxa"/>
            <w:vAlign w:val="center"/>
          </w:tcPr>
          <w:p w:rsidR="00E436FA" w:rsidRDefault="00812A4B">
            <w:pPr>
              <w:spacing w:after="0"/>
            </w:pPr>
            <w:r>
              <w:t xml:space="preserve"> </w:t>
            </w:r>
          </w:p>
        </w:tc>
      </w:tr>
      <w:tr w:rsidR="00E436FA">
        <w:trPr>
          <w:jc w:val="center"/>
        </w:trPr>
        <w:tc>
          <w:tcPr>
            <w:tcW w:w="2268" w:type="dxa"/>
            <w:vAlign w:val="center"/>
          </w:tcPr>
          <w:p w:rsidR="00E436FA" w:rsidRDefault="00812A4B">
            <w:pPr>
              <w:spacing w:after="0"/>
            </w:pPr>
            <w:r>
              <w:rPr>
                <w:b/>
              </w:rPr>
              <w:t>Fakülte/YO/MYO :</w:t>
            </w:r>
          </w:p>
        </w:tc>
        <w:tc>
          <w:tcPr>
            <w:tcW w:w="6803" w:type="dxa"/>
            <w:vAlign w:val="center"/>
          </w:tcPr>
          <w:p w:rsidR="00E436FA" w:rsidRDefault="00812A4B">
            <w:pPr>
              <w:spacing w:after="0"/>
            </w:pPr>
            <w:r>
              <w:t xml:space="preserve"> </w:t>
            </w:r>
          </w:p>
        </w:tc>
      </w:tr>
      <w:tr w:rsidR="00E436FA">
        <w:trPr>
          <w:jc w:val="center"/>
        </w:trPr>
        <w:tc>
          <w:tcPr>
            <w:tcW w:w="2268" w:type="dxa"/>
            <w:vAlign w:val="center"/>
          </w:tcPr>
          <w:p w:rsidR="00E436FA" w:rsidRDefault="00812A4B">
            <w:pPr>
              <w:spacing w:after="0"/>
            </w:pPr>
            <w:r>
              <w:rPr>
                <w:b/>
              </w:rPr>
              <w:t>Bölümü :</w:t>
            </w:r>
          </w:p>
        </w:tc>
        <w:tc>
          <w:tcPr>
            <w:tcW w:w="6803" w:type="dxa"/>
            <w:vAlign w:val="center"/>
          </w:tcPr>
          <w:p w:rsidR="00E436FA" w:rsidRDefault="00812A4B">
            <w:pPr>
              <w:spacing w:after="0"/>
            </w:pPr>
            <w:r>
              <w:t xml:space="preserve"> </w:t>
            </w:r>
          </w:p>
        </w:tc>
      </w:tr>
      <w:tr w:rsidR="00E436FA">
        <w:trPr>
          <w:jc w:val="center"/>
        </w:trPr>
        <w:tc>
          <w:tcPr>
            <w:tcW w:w="2268" w:type="dxa"/>
            <w:vAlign w:val="center"/>
          </w:tcPr>
          <w:p w:rsidR="00E436FA" w:rsidRDefault="00812A4B">
            <w:pPr>
              <w:spacing w:after="0"/>
            </w:pPr>
            <w:r>
              <w:rPr>
                <w:b/>
              </w:rPr>
              <w:t>Telefon :</w:t>
            </w:r>
          </w:p>
        </w:tc>
        <w:tc>
          <w:tcPr>
            <w:tcW w:w="6803" w:type="dxa"/>
            <w:vAlign w:val="center"/>
          </w:tcPr>
          <w:p w:rsidR="00E436FA" w:rsidRDefault="00812A4B">
            <w:pPr>
              <w:spacing w:after="0"/>
            </w:pPr>
            <w:r>
              <w:t xml:space="preserve"> </w:t>
            </w:r>
          </w:p>
        </w:tc>
      </w:tr>
    </w:tbl>
    <w:p w:rsidR="00E436FA" w:rsidRDefault="00E436FA"/>
    <w:p w:rsidR="00E436FA" w:rsidRDefault="004C024F">
      <w:pPr>
        <w:spacing w:after="240"/>
        <w:jc w:val="both"/>
      </w:pPr>
      <w:r>
        <w:t>2026</w:t>
      </w:r>
      <w:r w:rsidR="00812A4B">
        <w:t xml:space="preserve"> YKS </w:t>
      </w:r>
      <w:proofErr w:type="spellStart"/>
      <w:r w:rsidR="00812A4B">
        <w:t>yerleştirme</w:t>
      </w:r>
      <w:proofErr w:type="spellEnd"/>
      <w:r w:rsidR="00812A4B">
        <w:t xml:space="preserve"> </w:t>
      </w:r>
      <w:proofErr w:type="spellStart"/>
      <w:r w:rsidR="00812A4B">
        <w:t>sonuçlarına</w:t>
      </w:r>
      <w:proofErr w:type="spellEnd"/>
      <w:r w:rsidR="00812A4B">
        <w:t xml:space="preserve"> göre KSÜ ___________________________________________ Fakültesi/Yüksekokulu/MYO _______________________________________ bölü</w:t>
      </w:r>
      <w:r>
        <w:t>müne kesin kayıt yaptırdım. 2026-2027</w:t>
      </w:r>
      <w:r w:rsidR="00812A4B">
        <w:t xml:space="preserve"> </w:t>
      </w:r>
      <w:proofErr w:type="spellStart"/>
      <w:r w:rsidR="00812A4B">
        <w:t>yılında</w:t>
      </w:r>
      <w:proofErr w:type="spellEnd"/>
      <w:r w:rsidR="00812A4B">
        <w:t xml:space="preserve"> </w:t>
      </w:r>
      <w:proofErr w:type="spellStart"/>
      <w:r w:rsidR="00812A4B">
        <w:t>Yüksekokulunuz</w:t>
      </w:r>
      <w:proofErr w:type="spellEnd"/>
      <w:r w:rsidR="00812A4B">
        <w:t xml:space="preserve"> İSTEĞE BAĞLI YABANCI DİL HAZIRLIK PROGR</w:t>
      </w:r>
      <w:r w:rsidR="00812A4B">
        <w:t>AMI’na devam etmek istiyorum.</w:t>
      </w:r>
    </w:p>
    <w:p w:rsidR="00E436FA" w:rsidRDefault="00812A4B">
      <w:pPr>
        <w:spacing w:after="400"/>
      </w:pPr>
      <w:r>
        <w:t>Gereğini bilgilerinize arz ederim.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E436FA">
        <w:trPr>
          <w:jc w:val="center"/>
        </w:trPr>
        <w:tc>
          <w:tcPr>
            <w:tcW w:w="4703" w:type="dxa"/>
          </w:tcPr>
          <w:p w:rsidR="00E436FA" w:rsidRDefault="004C024F">
            <w:pPr>
              <w:jc w:val="center"/>
            </w:pPr>
            <w:r>
              <w:t>Tarih: _____/_____/2026</w:t>
            </w:r>
            <w:bookmarkStart w:id="0" w:name="_GoBack"/>
            <w:bookmarkEnd w:id="0"/>
          </w:p>
        </w:tc>
        <w:tc>
          <w:tcPr>
            <w:tcW w:w="4703" w:type="dxa"/>
          </w:tcPr>
          <w:p w:rsidR="00E436FA" w:rsidRDefault="00812A4B">
            <w:pPr>
              <w:jc w:val="center"/>
            </w:pPr>
            <w:r>
              <w:t>İmza</w:t>
            </w:r>
          </w:p>
        </w:tc>
      </w:tr>
      <w:tr w:rsidR="00E436FA">
        <w:trPr>
          <w:jc w:val="center"/>
        </w:trPr>
        <w:tc>
          <w:tcPr>
            <w:tcW w:w="4703" w:type="dxa"/>
          </w:tcPr>
          <w:p w:rsidR="00E436FA" w:rsidRDefault="00E436FA">
            <w:pPr>
              <w:jc w:val="center"/>
            </w:pPr>
          </w:p>
        </w:tc>
        <w:tc>
          <w:tcPr>
            <w:tcW w:w="4703" w:type="dxa"/>
          </w:tcPr>
          <w:p w:rsidR="00E436FA" w:rsidRDefault="00E436FA">
            <w:pPr>
              <w:jc w:val="center"/>
            </w:pPr>
          </w:p>
        </w:tc>
      </w:tr>
    </w:tbl>
    <w:p w:rsidR="00812A4B" w:rsidRDefault="00812A4B"/>
    <w:sectPr w:rsidR="00812A4B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024F"/>
    <w:rsid w:val="00812A4B"/>
    <w:rsid w:val="00AA1D8D"/>
    <w:rsid w:val="00B47730"/>
    <w:rsid w:val="00CB0664"/>
    <w:rsid w:val="00E436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8ADD3"/>
  <w14:defaultImageDpi w14:val="300"/>
  <w15:docId w15:val="{4F8B8FA9-E5A1-4D21-936A-AF739C57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957506-69C1-4366-BCDE-6EB25F06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2026-09-04T11:09:00Z</dcterms:modified>
  <cp:category/>
</cp:coreProperties>
</file>